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Vintage Corvettes of Southern California, Inc.</w:t>
      </w:r>
    </w:p>
    <w:p>
      <w:pPr>
        <w:jc w:val="center"/>
      </w:pPr>
      <w:r>
        <w:rPr>
          <w:b/>
          <w:sz w:val="26"/>
        </w:rPr>
        <w:t>Event Guest Waiver — Sign-In Sheet</w:t>
      </w:r>
    </w:p>
    <w:p>
      <w:pPr>
        <w:spacing w:after="240"/>
        <w:jc w:val="center"/>
      </w:pPr>
      <w:r>
        <w:t>For guests only. Members should have a current annual Membership Agreement &amp; Waiver of Liability on file.</w:t>
      </w:r>
    </w:p>
    <w:p>
      <w:pPr>
        <w:spacing w:after="160"/>
      </w:pPr>
      <w:r>
        <w:rPr>
          <w:b/>
        </w:rPr>
        <w:t xml:space="preserve">Event:  </w:t>
      </w:r>
      <w:r>
        <w:t>____________________________________________________</w:t>
      </w:r>
    </w:p>
    <w:p>
      <w:pPr>
        <w:spacing w:after="160"/>
      </w:pPr>
      <w:r>
        <w:rPr>
          <w:b/>
        </w:rPr>
        <w:t xml:space="preserve">Your name:  </w:t>
      </w:r>
      <w:r>
        <w:t>____________________________________________________</w:t>
      </w:r>
    </w:p>
    <w:p>
      <w:pPr>
        <w:spacing w:after="160"/>
      </w:pPr>
      <w:r>
        <w:rPr>
          <w:b/>
        </w:rPr>
        <w:t xml:space="preserve">Phone:  </w:t>
      </w:r>
      <w:r>
        <w:t>____________________________________________________</w:t>
      </w:r>
    </w:p>
    <w:p>
      <w:pPr>
        <w:spacing w:after="160"/>
      </w:pPr>
      <w:r>
        <w:rPr>
          <w:b/>
        </w:rPr>
        <w:t xml:space="preserve">Email:  </w:t>
      </w:r>
      <w:r>
        <w:t>____________________________________________________</w:t>
      </w:r>
    </w:p>
    <w:p>
      <w:pPr>
        <w:spacing w:after="120"/>
      </w:pPr>
      <w:r>
        <w:rPr>
          <w:b/>
        </w:rPr>
        <w:t xml:space="preserve">Event Guest Waiver agreement — </w:t>
      </w:r>
      <w:r>
        <w:t>By signing this form, I agree to the following terms as a condition of participating in this VCSC event:</w:t>
      </w:r>
    </w:p>
    <w:p>
      <w:pPr>
        <w:pStyle w:val="ListBullet"/>
        <w:spacing w:after="80"/>
      </w:pPr>
      <w:r>
        <w:rPr>
          <w:b/>
        </w:rPr>
        <w:t xml:space="preserve">Insurance Responsibility: </w:t>
      </w:r>
      <w:r>
        <w:t>I certify that any vehicle I drive at a Club meeting, cruise, or event is properly insured in accordance with California law. I accept full responsibility for maintaining that insurance and understand that the Club does not provide vehicle or personal insurance coverage.</w:t>
      </w:r>
    </w:p>
    <w:p>
      <w:pPr>
        <w:pStyle w:val="ListBullet"/>
        <w:spacing w:after="80"/>
      </w:pPr>
      <w:r>
        <w:rPr>
          <w:b/>
        </w:rPr>
        <w:t xml:space="preserve">Personal Responsibility: </w:t>
      </w:r>
      <w:r>
        <w:t>I acknowledge that participation in Club activities may involve inherent risks. I am solely responsible for my actions and for any family members or guests I bring to Club events.</w:t>
      </w:r>
    </w:p>
    <w:p>
      <w:pPr>
        <w:pStyle w:val="ListBullet"/>
        <w:spacing w:after="80"/>
      </w:pPr>
      <w:r>
        <w:rPr>
          <w:b/>
        </w:rPr>
        <w:t xml:space="preserve">Release of Liability: </w:t>
      </w:r>
      <w:r>
        <w:t>I hereby release and hold harmless Vintage Corvettes of Southern California, its officers, directors, members, volunteers, and event organizers from any and all claims, demands, or liability for accidents, injuries, property damage, or losses of any kind that may occur at a Club event, while traveling to or from a Club event, or as a result of participation in any Club activity. This release also applies to any passengers in my vehicle and any personal property loss or damage occurring in connection with Club events.</w:t>
      </w:r>
    </w:p>
    <w:p>
      <w:pPr>
        <w:pStyle w:val="ListBullet"/>
        <w:spacing w:after="80"/>
      </w:pPr>
      <w:r>
        <w:rPr>
          <w:b/>
        </w:rPr>
        <w:t xml:space="preserve">Medical Acknowledgment: </w:t>
      </w:r>
      <w:r>
        <w:t>I understand that the Club does not provide medical services or insurance coverage and that I am responsible for any medical expenses resulting from participation in any Club function.</w:t>
      </w:r>
    </w:p>
    <w:p>
      <w:pPr>
        <w:pStyle w:val="ListBullet"/>
        <w:spacing w:after="80"/>
      </w:pPr>
      <w:r>
        <w:rPr>
          <w:b/>
        </w:rPr>
        <w:t xml:space="preserve">Photo / Media Consent: </w:t>
      </w:r>
      <w:r>
        <w:t>I grant permission for photographs or videos of me or my vehicle taken at Club events to be used in Club publications or online unless I notify the Club otherwise in writing.</w:t>
      </w:r>
    </w:p>
    <w:p>
      <w:pPr>
        <w:pStyle w:val="ListBullet"/>
        <w:spacing w:after="80"/>
      </w:pPr>
      <w:r>
        <w:rPr>
          <w:b/>
        </w:rPr>
        <w:t xml:space="preserve">Minor Participants (if applicable): </w:t>
      </w:r>
      <w:r>
        <w:t>If any family members under 18 participate, I, as their parent or legal guardian, assume all responsibility and agree to this waiver on their behalf.</w:t>
      </w:r>
    </w:p>
    <w:p>
      <w:pPr>
        <w:pStyle w:val="ListBullet"/>
        <w:spacing w:after="80"/>
      </w:pPr>
      <w:r>
        <w:rPr>
          <w:b/>
        </w:rPr>
        <w:t xml:space="preserve">Venue &amp; Third-Party Clause: </w:t>
      </w:r>
      <w:r>
        <w:t>This release also applies to any third-party facilities, sponsors, or property owners where Club events are held.</w:t>
      </w:r>
    </w:p>
    <w:p>
      <w:pPr>
        <w:pStyle w:val="ListBullet"/>
        <w:spacing w:after="80"/>
      </w:pPr>
      <w:r>
        <w:rPr>
          <w:b/>
        </w:rPr>
        <w:t xml:space="preserve">Indemnification: </w:t>
      </w:r>
      <w:r>
        <w:t>I agree to indemnify and hold harmless Vintage Corvettes of Southern California, its officers, directors, members, and volunteers against any loss, claim, or damage (including attorney's fees) arising from my actions, omissions, or participation in Club activities.</w:t>
      </w:r>
    </w:p>
    <w:p>
      <w:pPr>
        <w:pStyle w:val="ListBullet"/>
        <w:spacing w:after="80"/>
      </w:pPr>
      <w:r>
        <w:rPr>
          <w:b/>
        </w:rPr>
        <w:t xml:space="preserve">Weather or "Acts of God": </w:t>
      </w:r>
      <w:r>
        <w:t>I understand that Club events may be affected by weather or unforeseen conditions ("Acts of God") and agree that the Club and its officers are not responsible for cancellations, scheduled changes, or related costs.</w:t>
      </w:r>
    </w:p>
    <w:p>
      <w:pPr>
        <w:pStyle w:val="ListBullet"/>
        <w:spacing w:after="80"/>
      </w:pPr>
      <w:r>
        <w:rPr>
          <w:b/>
        </w:rPr>
        <w:t xml:space="preserve">COVID-19 / Health Disclaimer: </w:t>
      </w:r>
      <w:r>
        <w:t>I acknowledge that participation in Club events is voluntary and that I am responsible for my own health and safety. I release the Club from any claim related to illness, including communicable diseases.</w:t>
      </w:r>
    </w:p>
    <w:p>
      <w:pPr>
        <w:pStyle w:val="ListBullet"/>
        <w:spacing w:after="80"/>
      </w:pPr>
      <w:r>
        <w:rPr>
          <w:b/>
        </w:rPr>
        <w:t xml:space="preserve">Arbitration / Jurisdiction: </w:t>
      </w:r>
      <w:r>
        <w:t>Any dispute arising from this agreement shall be governed by the laws of the State of California, and venue shall be in Los Angeles County.</w:t>
      </w:r>
    </w:p>
    <w:p>
      <w:pPr>
        <w:pStyle w:val="ListBullet"/>
        <w:spacing w:after="80"/>
      </w:pPr>
      <w:r>
        <w:rPr>
          <w:b/>
        </w:rPr>
        <w:t xml:space="preserve">Guest Acknowledgment: </w:t>
      </w:r>
      <w:r>
        <w:t>As a guest (not a member), I agree to follow VCSC event guidelines and instructions from event leaders.</w:t>
      </w:r>
    </w:p>
    <w:p>
      <w:pPr>
        <w:spacing w:before="200"/>
      </w:pPr>
      <w:r>
        <w:t>☐  I agree to the Event Guest Waiver terms above</w:t>
      </w:r>
    </w:p>
    <w:p>
      <w:pPr>
        <w:spacing w:before="240"/>
      </w:pPr>
      <w:r>
        <w:rPr>
          <w:b/>
        </w:rPr>
        <w:t xml:space="preserve">Signature (print full name as signature):  </w:t>
      </w:r>
      <w:r>
        <w:t>______________________________</w:t>
      </w:r>
      <w:r>
        <w:rPr>
          <w:b/>
        </w:rPr>
        <w:t xml:space="preserve">    Date:  </w:t>
      </w:r>
      <w:r>
        <w:t>________________</w:t>
      </w:r>
    </w:p>
    <w:sectPr w:rsidR="00FC693F" w:rsidRPr="0006063C"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