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Vintage Corvettes of Southern California</w:t>
      </w:r>
    </w:p>
    <w:p>
      <w:pPr>
        <w:jc w:val="center"/>
      </w:pPr>
      <w:r>
        <w:rPr>
          <w:b/>
          <w:sz w:val="26"/>
        </w:rPr>
        <w:t>Membership Application — 2026</w:t>
      </w:r>
    </w:p>
    <w:p>
      <w:pPr>
        <w:spacing w:after="280"/>
      </w:pPr>
      <w:r>
        <w:t>Apply to join Vintage Corvettes of Southern California. Complete all fields, agree to the Membership Agreement &amp; Waiver of Liability, and sign below. Owning a Corvette is not required to join.</w:t>
      </w:r>
    </w:p>
    <w:p>
      <w:pPr>
        <w:spacing w:after="200"/>
      </w:pPr>
      <w:r>
        <w:rPr>
          <w:b/>
        </w:rPr>
        <w:t>Membership type (check one):  ☐ New membership    ☐ Renewal</w:t>
      </w:r>
      <w:r>
        <w:t xml:space="preserve">  </w:t>
      </w:r>
    </w:p>
    <w:p>
      <w:pPr>
        <w:spacing w:after="200"/>
      </w:pPr>
      <w:r>
        <w:rPr>
          <w:b/>
        </w:rPr>
        <w:t xml:space="preserve">Member name (print):  </w:t>
      </w:r>
      <w:r>
        <w:t>__________________________________________________________</w:t>
      </w:r>
    </w:p>
    <w:p>
      <w:pPr>
        <w:spacing w:after="200"/>
      </w:pPr>
      <w:r>
        <w:rPr>
          <w:b/>
        </w:rPr>
        <w:t xml:space="preserve">Co-member name (print):  </w:t>
      </w:r>
      <w:r>
        <w:t>__________________________________________________________</w:t>
      </w:r>
    </w:p>
    <w:p>
      <w:pPr>
        <w:spacing w:after="200"/>
      </w:pPr>
      <w:r>
        <w:rPr>
          <w:b/>
        </w:rPr>
        <w:t xml:space="preserve">Email:  </w:t>
      </w:r>
      <w:r>
        <w:t>__________________________________________________________</w:t>
      </w:r>
    </w:p>
    <w:p>
      <w:pPr>
        <w:spacing w:after="200"/>
      </w:pPr>
      <w:r>
        <w:rPr>
          <w:b/>
        </w:rPr>
        <w:t xml:space="preserve">Phone:  </w:t>
      </w:r>
      <w:r>
        <w:t>__________________________________________________________</w:t>
      </w:r>
    </w:p>
    <w:p>
      <w:pPr>
        <w:spacing w:after="200"/>
      </w:pPr>
      <w:r>
        <w:rPr>
          <w:b/>
        </w:rPr>
        <w:t xml:space="preserve">City:  </w:t>
      </w:r>
      <w:r>
        <w:t>__________________________________________________________</w:t>
      </w:r>
    </w:p>
    <w:p>
      <w:pPr>
        <w:spacing w:after="200"/>
      </w:pPr>
      <w:r>
        <w:rPr>
          <w:b/>
        </w:rPr>
        <w:t xml:space="preserve">Corvette year and model (if any):  </w:t>
      </w:r>
      <w:r>
        <w:t>__________________________________________________________</w:t>
      </w:r>
    </w:p>
    <w:p>
      <w:r>
        <w:rPr>
          <w:b/>
        </w:rPr>
        <w:t>Dues (select all that apply)</w:t>
      </w:r>
    </w:p>
    <w:p>
      <w:r>
        <w:t>☐  Adult member — $30</w:t>
      </w:r>
    </w:p>
    <w:p>
      <w:r>
        <w:t>☐  Additional family member under 18, same household — $15</w:t>
      </w:r>
    </w:p>
    <w:p>
      <w:r>
        <w:t>☐  One-time badge fee per new member — $15</w:t>
      </w:r>
    </w:p>
    <w:p>
      <w:pPr>
        <w:spacing w:after="280"/>
      </w:pPr>
      <w:r>
        <w:t>Note: renewals are due by the first Saturday in February; Zelle payments accepted by VCSC. Paper applications: mail the completed form with your check to the VCSC Treasurer.</w:t>
      </w:r>
    </w:p>
    <w:p>
      <w:r>
        <w:rPr>
          <w:b/>
        </w:rPr>
        <w:t>Name for your name badge (new members — exactly as it should appear):  __________________________</w:t>
      </w:r>
    </w:p>
    <w:p>
      <w:r>
        <w:rPr>
          <w:b/>
        </w:rPr>
        <w:t>Co-member name for badge (if a badge is needed):  __________________________</w:t>
      </w:r>
    </w:p>
    <w:p>
      <w:r>
        <w:rPr>
          <w:b/>
        </w:rPr>
        <w:t>Membership Agreement &amp; Waiver of Liability</w:t>
      </w:r>
    </w:p>
    <w:p>
      <w:pPr>
        <w:spacing w:after="280"/>
      </w:pPr>
      <w:r>
        <w:t>☐  I have read and agree to the VCSC Membership Agreement &amp; Waiver of Liability (2026), including the release of liability, indemnification, photo/media consent, and arbitration/venue in Los Angeles County, California.</w:t>
      </w:r>
    </w:p>
    <w:p>
      <w:r>
        <w:rPr>
          <w:b/>
        </w:rPr>
        <w:t xml:space="preserve">Signature:  </w:t>
      </w:r>
      <w:r>
        <w:t>________________________________________</w:t>
      </w:r>
      <w:r>
        <w:rPr>
          <w:b/>
        </w:rPr>
        <w:t xml:space="preserve">    Date:  </w:t>
      </w:r>
      <w:r>
        <w:t>__________________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